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ובינה מלאכותית ביסודי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להערכת תהליך לעומת הערכת תוצר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בפרומפטים מוכנים בצורה מותאמת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כמו יומן תהליך, מחוון ומשוב מעודד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א׳-ג׳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רמה 2-3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שאלתי - מה קיבלתי - 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🌱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מעוף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בעמוד נכתב שבכיתות אלו הבינה המלאכותית בעיקר בידי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בפרומפט של יומן התהליך המצויר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מיועד לעבודה משותפת בכיתה דרך מקרן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המכתב מדגיש לעזור בלי לעשות במקום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בפירוט הפרומפט של החידון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הפרומפט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(פתיחת נושא חדש בעזרת תמונה ושאלות התבוננות)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(תיעוד שלבי עבודה עם ציור וסימון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(תרגול חשיבה ביקורתית וגילוי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(התאמת רמת הקושי לכל תלמיד ותלמידה)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(הסבר על הערכת תהליך ואיך לעזור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משימת ההערכה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מקבל נושא ובוחר תוצר סופי (כרזה, מצגת, ספרון או דגם)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עובד בתחנה הראשונה ומתעד ביומן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בודקת בנקודת עצירה לפני שממשיכים לתחנה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ממשיך לתחנה הבאה וחוזר על התיעוד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המשימה התלמיד בודק את עצמו לפי המחוון ועונה על שאלות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שתי מחמאות ברורות ומדויקות על התוצר, ומשאלה אחת קצרה וברורה שמכוונת לשיפור, בשפה חמה ומתאימה לגיל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תיאור קצר של פעילות, דרך תיעוד פשוטה (ציור, משפט השלמה או סימון), ונקודת בדיקה ברורה למורה לפני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שבצעירים הכלי בידי המורה ובגדולים יש שימוש מודרך ומתועד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יומן תהליך, מחוון או תיעוד 'מה שאלתי-מה קיבלתי-מה שיניתי'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תסביר שהמשוב מחזק ומכוון בעדינות לצעד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מהעמוד ולבקש מהמשתתפים לזהות את שלב ההערכה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כתיבת משוב בשיטת שני כוכבים ומשאלה על דוגמה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לקושי נוסף בעבודה עם קבוצות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ובינה מלאכותית ביסודי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מורים בודקים לא רק מה התלמיד הגיש, אלא גם איך הוא עבד בדרך. לפעמים משתמשים בעזרת מחשב חכם, אבל תמיד בזהירות ובפיקוח.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שמראה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התלמיד מתעד איך הוא עבד לאורך הדרך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שעוזרת להבין מה מצופה בתוצר ואיך בודקים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שני כוכבים ומשאלה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משוב - שתי מחמאות ובקשה אחת לשיפור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המורה בודקת לפני שממשיכים לשלב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שלושה שבילים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דרכי עבודה לאותה מטרה, ברמות קושי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כתובה שנותנים לכלי בינה מלאכותית כדי לקבל תוצר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המורה היא זו שמשתמשת במחשב החכם, לא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א׳-ג׳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ד׳-ו׳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הכיתות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כיתה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שימוש מותר במחשב החכם בכיתות הגדולות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שלוש שאלות כותבים כשמתעדים שימוש במחשב 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שאלתי - מה קיבלתי - 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למדתי - מה קשה - מה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תחילה - אמצע -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- תשובה -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לכמה תחנות מחלקים את המשימה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מראה שהתלמיד עדיין לומד ומתקדם?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👍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🔄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בקשות לשיפור כותבים בשיטה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קוראים לשביל הכי מאתגר?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שביל הזהב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התלמידים בעצמם יוצרים תמונות באמצעות בינה מלאכותית.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כולל גם סימון רגש בעזרת סמלי פרצופים.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המיון מיועד לעבודה אישית בלבד בטלפון של 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המכתב להורים מסביר שההורים צריכים לעשות את המשימה במקום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המוצע יש גם שאלות 'למה' ולא רק שאלות 'מה'.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הפרומפט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חזותי מתמונה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התאמת רמת הקושי לכל תלמיד ותלמידה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יומן תהליך מצויר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על הערכת תהליך ואיך לעזור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המחשב 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תיעוד שלבי עבודה עם ציור וסימון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שבילים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פתיחת נושא חדש בעזרת תמונה ושאלות התבוננות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תרגול חשיבה ביקורתית וגילוי טעויות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משימת ההערכה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בודקת בנקודת עצירה לפני שממשיכים לתחנה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ממשיך לתחנה הבאה וחוזר על התיעוד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המשימה התלמיד בודק את עצמו לפי המחוון ועונה על שאלות 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מקבל נושא ובוחר תוצר סופי (כרזה, מצגת, ספרון או דגם)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עובד בתחנה הראשונה ומתעד ביומן התהליך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שקיבלתם תוצר של תלמיד בכיתה ד׳. כתבו משוב בשיטת 'שני כוכבים ומשאלה' - שתי מחמאות ומשאלה אחת לצעד הבא.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תחנת עבודה אחת (מתוך ארבע) למשימת הערכה בנושא שבחרתם. כתבו: מה התלמיד עושה, מה הוא מתעד, ומה המורה בודקת בנקודת העצירה.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בשימוש בבינה מלאכותית בין כיתות א׳-ג׳ לכיתות ד׳-ו׳?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לתעד תהליך עבודה של תלמיד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בשיטת 'שני כוכבים ומשאלה' במתן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הערכת תהליך ובינה מלאכותית ביסודי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